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מדריך למורה להפעלת כרטיסיות משימה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חמש דרכי ההפעלה לעבודה עם כרטיסיות 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מבנה שיעור של 45 דקות עם כרטיסיות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להשתמש במחוון ובהתאמות לפי רמה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 מתוך אפשרויות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חמש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שלוף כרטיס לכל הכיתה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המנה הראשונה - כרטיס הבנה - היא חובה לכל התלמידים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מומלץ לבדוק מעמיק רק תוצר אחד בכל שיעור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- שיטת הפעלה ותיאור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(קבוצות מתחלפות כל 8-10 דקות בין נקודות עבודה)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(בוחרים שלוש משימות ביוצרות שורה טור או אלכסון)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(מנה ראשונה חובה ועוד שתי בחירות)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(כרטיס אחד על המסך וטיימר לכל הכיתה)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 נכון - מהלך שיעור של 45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ושליפת כרטיס אחד לכל הכיתה כחימום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קריאת הטקסט וסימון מילים לא מוכרות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הסבר דרך ההפעלה והדגמה של כרטיס עם תשובה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עבודה עצמית או קבוצתית על הכרטיסים שנבחרו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משאלה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ועיצוב 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מציינת משפחת כרטיסים מתאימה ונותנת סיבה הקשורה לטקסט שנבחר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ציון שם אחת השיטות (תחנות, איקס עיגול, תפריט מסעדה, שלוף כרטיס, כרטיס מתגלגל)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לפחות לקריטריון אחד מהמחוון (הבנה, ביסוס, לשון, יצירתיות)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ציון דירוג כוכבים או התאמת תוצר (לומר, לצייר, לכתוב)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להעביר את הדף כעבודה בזוגות לפני הפעלת כרטיסיות בפועל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להדגים כרטיס אחד עם תשובה לדוגמה לפני תחילת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את חלק הכתיבה הפתוח כדיון קבוצתי לפני כתיבה 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מדריך למורה להפעלת כרטיסיות משימה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המדריך למורה מסביר איך להפעיל כרטיסיות משימה בכיתה: דרכי הפעלה, מבנה שיעור, הכנה, ניהול זמן, הערכה והתאמה לרמות שונות.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טקסט  ·  משאלה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 - בחירה מתוך אפשרויות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דרכי הפעלה מוצעות במדריך לכרטיסיות?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באיזו שיטה כל הכיתה עונה יחד על כרטיס אחד עם טיימר?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תחנות למידה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שלוף כרטיס לכל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תפריט מסעדה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בשיטת תפריט מסעדה, כרטיס ההבנה הוא חובה לכולם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הערכה שבה בודקים את כל הכרטיסים של כל תלמיד היא ההמלצה במדריך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התאמה - שיטת הפעלה ותיאור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תחנות למידה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מנה ראשונה חובה ועוד שתי בחירות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לוח בחירה איקס-עיגול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כרטיס אחד על המסך וטיימר לכל הכיתה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תפריט מסעדה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קבוצות מתחלפות כל 8-10 דקות בין נקודות 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שלוף כרטיס לכל הכיתה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בוחרים שלוש משימות ביוצרות שורה טור או אלכסון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סדר נכון - מהלך שיעור של 45 דקות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הסבר דרך ההפעלה והדגמה של כרטיס עם תשובה לדוגמה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פתיחה ושליפת כרטיס אחד לכל הכיתה כחימום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עבודה עצמית או קבוצתית על הכרטיסים שנבחרו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קריאת הטקסט וסימון מילים לא מוכרות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כרטיסי משימה מתאימים לכל __________ , כמו סיפור, כתבה, שיר או טקסט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משוב עמיתים בכיתה נקרא כוכב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ועיצוב 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טקסט קצר שתרצו ללמד, והציעו משפחת כרטיסים אחת (הבנה, לשון, חשיבה או יצירה) שתתאים לו. נמקו את הבחירה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אחת מחמש דרכי ההפעלה של כרטיסיות?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חשוב לבדוק לפי המחוון בכל תוצר?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מדריך למורה להפעלת כרטיסיות משימה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