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מדריך למורה להפעלת כרטיסיות משימה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 דרכי ההפעלה לעבודה עם כרטיסיות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שיעור של 45 דקות עם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להשתמש במחוון ובהתאמות לפי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מתוך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שלוף כרטיס לכל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שנים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כרטיס של כוכב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המנה הראשונה - כרטיס הבנה - היא חובה לכל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לבדוק מעמיק רק תוצר אחד בכל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הכרטיסים כתובים כך שיתאימו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מומלץ משימה אחת בכל כרטיס, קצרה וקונקרטית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שיטת הפעלה ותיאור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(קבוצות מתחלפות כל 8-10 דקות בין נקודות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(בוחרים שלוש משימות ביוצרות שורה טור או אלכסון)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 ראשונה חובה ועוד שתי 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(כרטיס אחד על המסך וטיימר לכל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(קבוצה עונה ומעבירה את הכרטיס לקבוצה הבאה)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- מהלך שיעור של 45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ושליפת כרטיס אחד לכל הכיתה כחימום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הטקסט וסימון מילים לא מוכרות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דרך ההפעלה והדגמה של כרטיס עם תשובה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עבודה עצמית או קבוצתית על הכרטיסים שנבחרו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שיתוף ומשוב כוכב ומשאלה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כרטיס יציאה והערכה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שפת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שולט/ת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ועיצוב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מציינת משפחת כרטיסים מתאימה ונותנת סיבה הקשורה לטקסט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מתייחסת לגודל הכיתה, לזמן ולמטרת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שם אחת השיטות (תחנות, איקס עיגול, תפריט מסעדה, שלוף כרטיס, כרטיס מתגלגל)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לפחות לקריטריון אחד מהמחוון (הבנה, ביסוס, לשון, יצירתיות)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דירוג כוכבים או התאמת תוצר (לומר, לצייר, לכתוב)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כעבודה בזוגות לפני הפעלת כרטיסיות בפועל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כרטיס אחד עם תשובה לדוגמה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חלק הכתיבה הפתוח כדיון קבוצתי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מדריך למורה להפעלת כרטיסיות משימה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המדריך למורה מסביר איך להפעיל כרטיסיות משימה בכיתה: דרכי הפעלה, מבנה שיעור, הכנה, ניהול זמן, הערכה והתאמה לרמות 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דרכי הפעלה מוצעות במדריך לכרטיסיות?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שיטה כל הכיתה עונה יחד על כרטיס אחד עם טיימר?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תחנות 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שלוף כרטיס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תפריט מסעדה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מתגלגל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כרטיסים מודפסים בכל עמוד לפי ההמלצה?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קריטריונים כוללים את המחוון?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דירוג הכוכבים, במה מומלץ שיתחיל תלמיד שמתקשה?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של כוכב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של שני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של שלושה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המלצה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תפריט מסעדה, כרטיס ההבנה הוא חובה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שבה בודקים את כל הכרטיסים של כל תלמיד היא ההמלצה במדריך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באותה ערכת כרטיסים עם סוגי טקסטים שונים לאורך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בכיתת חנ״מ מומלץ כרטיס עם כמה משימות יחד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שיטת הפעלה ותיאור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תחנות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כרטיס אחד על המסך וטיימר לכל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לוח בחירה איקס-עיגול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 ראשונה חובה ועוד שתי 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תפריט מסעדה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קבוצה עונה ומעבירה את הכרטיס לקבוצה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שלוף כרטיס לכל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קבוצות מתחלפות כל 8-10 דקות בין נקודות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מתגלגל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בוחרים שלוש משימות ביוצרות שורה טור או אלכסון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- מהלך שיעור של 45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הטקסט וסימון מילים לא מוכרות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עצמית או קבוצתית על הכרטיסים שנבחרו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ומשוב כוכב ומשאלה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 והערכה עצמית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דרך ההפעלה והדגמה של כרטיס עם תשובה לדוגמה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ושליפת כרטיס אחד לכל הכיתה כחימום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כרטיסי משימה מתאימים לכל __________ , כמו סיפור, כתבה, שיר או 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דף ה__________ מראה אילו משפחות כרטיסים כל תלמיד כבר ניסה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משוב עמיתים בכיתה נקרא כוכב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בכיתת עולים אפשר לענות במילה, בציור או ב__________ ואז לתרגם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במחוון יש ארבע רמות: מתחיל/ה, מתקדם/ת, __________ , ומצטיין/ת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ועיצוב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שתרצו ללמד, והציעו משפחת כרטיסים אחת (הבנה, לשון, חשיבה או יצירה) שתתאים לו. 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מחמש דרכי ההפעלה והסבירו למה היא מתאימה לכיתה שלכם (גודל, זמן, מטרה)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מחמש דרכי ההפעלה של כרטיסיות?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לפי המחוון בכל 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מתאימים משימה לתלמיד שמתקשה ולתלמיד חזק?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מדריך למורה להפעלת כרטיסיות משימה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